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02D65" w14:textId="6B4A6801" w:rsidR="009B755D" w:rsidRPr="00013475" w:rsidRDefault="00013475" w:rsidP="00561076">
      <w:pPr>
        <w:pStyle w:val="Heading1"/>
        <w:jc w:val="center"/>
      </w:pPr>
      <w:bookmarkStart w:id="0" w:name="_GoBack"/>
      <w:bookmarkEnd w:id="0"/>
      <w:r>
        <w:t xml:space="preserve">The </w:t>
      </w:r>
      <w:r w:rsidR="00025CAA">
        <w:t>Edwin and Virginia Godbold Scholarship</w:t>
      </w:r>
      <w:r w:rsidR="00025CAA">
        <w:br/>
        <w:t>and</w:t>
      </w:r>
      <w:r w:rsidR="00025CAA">
        <w:br/>
      </w:r>
      <w:proofErr w:type="gramStart"/>
      <w:r w:rsidR="00E32E80" w:rsidRPr="00013475">
        <w:t>The</w:t>
      </w:r>
      <w:proofErr w:type="gramEnd"/>
      <w:r w:rsidR="00E32E80" w:rsidRPr="00013475">
        <w:t xml:space="preserve"> Will </w:t>
      </w:r>
      <w:proofErr w:type="spellStart"/>
      <w:r w:rsidR="00E32E80" w:rsidRPr="00013475">
        <w:t>Goodwyn</w:t>
      </w:r>
      <w:proofErr w:type="spellEnd"/>
      <w:r w:rsidR="00E32E80" w:rsidRPr="00013475">
        <w:t xml:space="preserve"> Scholarship </w:t>
      </w:r>
      <w:r w:rsidR="00561076" w:rsidRPr="00013475">
        <w:t>for Selma High School</w:t>
      </w:r>
    </w:p>
    <w:p w14:paraId="0203518E" w14:textId="5175EC8F" w:rsidR="00561076" w:rsidRPr="00013475" w:rsidRDefault="00561076" w:rsidP="00561076">
      <w:pPr>
        <w:jc w:val="center"/>
        <w:rPr>
          <w:rFonts w:asciiTheme="majorHAnsi" w:hAnsiTheme="majorHAnsi" w:cstheme="majorHAnsi"/>
          <w:bCs/>
          <w:sz w:val="26"/>
          <w:szCs w:val="26"/>
        </w:rPr>
      </w:pPr>
      <w:proofErr w:type="gramStart"/>
      <w:r w:rsidRPr="00013475">
        <w:rPr>
          <w:rFonts w:asciiTheme="majorHAnsi" w:hAnsiTheme="majorHAnsi" w:cstheme="majorHAnsi"/>
          <w:bCs/>
          <w:sz w:val="26"/>
          <w:szCs w:val="26"/>
        </w:rPr>
        <w:t>in</w:t>
      </w:r>
      <w:proofErr w:type="gramEnd"/>
      <w:r w:rsidRPr="00013475">
        <w:rPr>
          <w:rFonts w:asciiTheme="majorHAnsi" w:hAnsiTheme="majorHAnsi" w:cstheme="majorHAnsi"/>
          <w:bCs/>
          <w:sz w:val="26"/>
          <w:szCs w:val="26"/>
        </w:rPr>
        <w:t xml:space="preserve"> association with The Coca</w:t>
      </w:r>
      <w:r w:rsidR="00013475" w:rsidRPr="00013475">
        <w:rPr>
          <w:rFonts w:asciiTheme="majorHAnsi" w:hAnsiTheme="majorHAnsi" w:cstheme="majorHAnsi"/>
          <w:bCs/>
          <w:sz w:val="26"/>
          <w:szCs w:val="26"/>
        </w:rPr>
        <w:t>-</w:t>
      </w:r>
      <w:r w:rsidRPr="00013475">
        <w:rPr>
          <w:rFonts w:asciiTheme="majorHAnsi" w:hAnsiTheme="majorHAnsi" w:cstheme="majorHAnsi"/>
          <w:bCs/>
          <w:sz w:val="26"/>
          <w:szCs w:val="26"/>
        </w:rPr>
        <w:t>Cola Scholars Foundation</w:t>
      </w:r>
    </w:p>
    <w:p w14:paraId="452A73F4" w14:textId="77777777" w:rsidR="009B755D" w:rsidRDefault="00E32E80">
      <w:r>
        <w:t>Administered by the Selma Dallas County Public Library Foundation</w:t>
      </w:r>
      <w:r>
        <w:br/>
      </w:r>
      <w:r>
        <w:rPr>
          <w:b/>
        </w:rPr>
        <w:t>School Year 2026–2027</w:t>
      </w:r>
    </w:p>
    <w:p w14:paraId="08AF1F93" w14:textId="77777777" w:rsidR="009B755D" w:rsidRDefault="00E32E80">
      <w:pPr>
        <w:pStyle w:val="Heading2"/>
      </w:pPr>
      <w:r>
        <w:t>Eligibility</w:t>
      </w:r>
    </w:p>
    <w:p w14:paraId="415B0C44" w14:textId="77777777" w:rsidR="009B755D" w:rsidRDefault="00E32E80">
      <w:pPr>
        <w:pStyle w:val="ListBullet"/>
      </w:pPr>
      <w:r>
        <w:t>Be a graduating senior attending Selma High School.</w:t>
      </w:r>
    </w:p>
    <w:p w14:paraId="5CF25994" w14:textId="57B909B2" w:rsidR="009B755D" w:rsidRDefault="00E32E80">
      <w:pPr>
        <w:pStyle w:val="ListBullet"/>
      </w:pPr>
      <w:r>
        <w:t xml:space="preserve">Minimum ACT score of 18 </w:t>
      </w:r>
    </w:p>
    <w:p w14:paraId="58636A8A" w14:textId="77777777" w:rsidR="009B755D" w:rsidRDefault="00E32E80">
      <w:pPr>
        <w:pStyle w:val="ListBullet"/>
      </w:pPr>
      <w:r>
        <w:t>Resident of Selma/Dallas County.</w:t>
      </w:r>
    </w:p>
    <w:p w14:paraId="78FB1FEC" w14:textId="77777777" w:rsidR="009B755D" w:rsidRDefault="00E32E80">
      <w:pPr>
        <w:pStyle w:val="ListBullet"/>
      </w:pPr>
      <w:r>
        <w:t>Plan to attend an accredited college, university, or technical school.</w:t>
      </w:r>
    </w:p>
    <w:p w14:paraId="5504A13C" w14:textId="77777777" w:rsidR="009B755D" w:rsidRDefault="00E32E80">
      <w:pPr>
        <w:pStyle w:val="ListBullet"/>
      </w:pPr>
      <w:r>
        <w:t>Submit three letters of recommendation.</w:t>
      </w:r>
    </w:p>
    <w:p w14:paraId="2DAA686B" w14:textId="77777777" w:rsidR="009B755D" w:rsidRDefault="00E32E80">
      <w:pPr>
        <w:pStyle w:val="Heading2"/>
      </w:pPr>
      <w:r>
        <w:t>Part I – Basic Information</w:t>
      </w:r>
    </w:p>
    <w:p w14:paraId="7D74A0BE" w14:textId="71858FDA" w:rsidR="009B755D" w:rsidRDefault="00E32E80">
      <w:r>
        <w:t>Applicant Name: __________________________________________</w:t>
      </w:r>
      <w:r w:rsidR="00561076">
        <w:t>___________________________________</w:t>
      </w:r>
    </w:p>
    <w:p w14:paraId="19ABF064" w14:textId="06293E76" w:rsidR="009B755D" w:rsidRDefault="00561076">
      <w:r>
        <w:t>High School Graduation Date: __________________________________________</w:t>
      </w:r>
    </w:p>
    <w:p w14:paraId="7431F621" w14:textId="77777777" w:rsidR="009B755D" w:rsidRDefault="00E32E80">
      <w:r>
        <w:t>GPA (Weighted/Unweighted): __________________________________________</w:t>
      </w:r>
    </w:p>
    <w:p w14:paraId="3BBC4CF8" w14:textId="77777777" w:rsidR="009B755D" w:rsidRDefault="00E32E80">
      <w:r>
        <w:t>Class Rank (if available): __________________________________________</w:t>
      </w:r>
    </w:p>
    <w:p w14:paraId="41E19F09" w14:textId="022DB146" w:rsidR="009B755D" w:rsidRDefault="00E32E80">
      <w:r>
        <w:t>ACT __________________________________________</w:t>
      </w:r>
    </w:p>
    <w:p w14:paraId="079EE70D" w14:textId="6AAB8DEB" w:rsidR="009B755D" w:rsidRDefault="00E32E80">
      <w:r>
        <w:t>Email: __________________________________________</w:t>
      </w:r>
      <w:r w:rsidR="00561076">
        <w:t>______________________________</w:t>
      </w:r>
    </w:p>
    <w:p w14:paraId="76129BD6" w14:textId="77777777" w:rsidR="009B755D" w:rsidRDefault="00E32E80">
      <w:r>
        <w:t>Cell Phone: __________________________________________</w:t>
      </w:r>
    </w:p>
    <w:p w14:paraId="42F150D6" w14:textId="2A3DC3C8" w:rsidR="009B755D" w:rsidRDefault="00E32E80">
      <w:r>
        <w:t>Mailing Address: __________________________________________</w:t>
      </w:r>
      <w:r w:rsidR="00561076">
        <w:t>______________________________________</w:t>
      </w:r>
    </w:p>
    <w:p w14:paraId="7FA2E391" w14:textId="0933CB1A" w:rsidR="00561076" w:rsidRDefault="00561076">
      <w:r>
        <w:tab/>
      </w:r>
      <w:r>
        <w:tab/>
        <w:t xml:space="preserve">    _________________________________________________________________________________</w:t>
      </w:r>
      <w:r>
        <w:tab/>
      </w:r>
      <w:r>
        <w:tab/>
      </w:r>
    </w:p>
    <w:p w14:paraId="3EB6F164" w14:textId="4FA72C88" w:rsidR="009B755D" w:rsidRDefault="00E32E80">
      <w:r>
        <w:t>Parent/Guardian Name(s): __________________________________________</w:t>
      </w:r>
      <w:r w:rsidR="00561076">
        <w:t>____________________________</w:t>
      </w:r>
    </w:p>
    <w:p w14:paraId="0B576665" w14:textId="35128A72" w:rsidR="009B755D" w:rsidRDefault="00E32E80">
      <w:r>
        <w:t>Parent Email: __________________________________________</w:t>
      </w:r>
      <w:r w:rsidR="00561076">
        <w:t>________________________</w:t>
      </w:r>
    </w:p>
    <w:p w14:paraId="32FFD4BC" w14:textId="77777777" w:rsidR="009B755D" w:rsidRDefault="00E32E80">
      <w:r>
        <w:t>Parent Phone: __________________________________________</w:t>
      </w:r>
    </w:p>
    <w:p w14:paraId="1B90F1F0" w14:textId="7E2A5386" w:rsidR="009B755D" w:rsidRDefault="00E32E80">
      <w:r>
        <w:t>Colleges Applied To (up to three): __________________________________________</w:t>
      </w:r>
      <w:r w:rsidR="00561076">
        <w:t>_____________</w:t>
      </w:r>
    </w:p>
    <w:p w14:paraId="5A77283E" w14:textId="477F6F68" w:rsidR="00561076" w:rsidRDefault="00561076">
      <w:r>
        <w:t xml:space="preserve">      </w:t>
      </w:r>
      <w:r>
        <w:tab/>
      </w:r>
      <w:r>
        <w:tab/>
      </w:r>
      <w:r>
        <w:tab/>
      </w:r>
      <w:r>
        <w:tab/>
        <w:t xml:space="preserve">       _______________________________________________________</w:t>
      </w:r>
    </w:p>
    <w:p w14:paraId="35F41F6F" w14:textId="091EB578" w:rsidR="00561076" w:rsidRDefault="00561076">
      <w:r>
        <w:t xml:space="preserve">                                                  </w:t>
      </w:r>
      <w:r>
        <w:tab/>
        <w:t xml:space="preserve">       _______________________________________________________</w:t>
      </w:r>
    </w:p>
    <w:p w14:paraId="5ACB9E1B" w14:textId="77777777" w:rsidR="00561076" w:rsidRDefault="00561076"/>
    <w:p w14:paraId="229E3C29" w14:textId="19094C0B" w:rsidR="009B755D" w:rsidRDefault="00E32E80">
      <w:pPr>
        <w:pStyle w:val="Heading2"/>
      </w:pPr>
      <w:r>
        <w:t xml:space="preserve">Part II – </w:t>
      </w:r>
      <w:r w:rsidR="00B118FE">
        <w:t xml:space="preserve">Resume of </w:t>
      </w:r>
      <w:r>
        <w:t>Leadership, Honors, Awards &amp; Activities</w:t>
      </w:r>
    </w:p>
    <w:p w14:paraId="2B76BEAC" w14:textId="77777777" w:rsidR="009B755D" w:rsidRDefault="00E32E80">
      <w:r>
        <w:t>School Activities (activity, years, leadership role):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755D" w14:paraId="123A03C7" w14:textId="77777777">
        <w:tc>
          <w:tcPr>
            <w:tcW w:w="2880" w:type="dxa"/>
          </w:tcPr>
          <w:p w14:paraId="057D94CB" w14:textId="77777777" w:rsidR="009B755D" w:rsidRDefault="00E32E80">
            <w:r>
              <w:t>Activity</w:t>
            </w:r>
          </w:p>
        </w:tc>
        <w:tc>
          <w:tcPr>
            <w:tcW w:w="2880" w:type="dxa"/>
          </w:tcPr>
          <w:p w14:paraId="3DC1EE16" w14:textId="77777777" w:rsidR="009B755D" w:rsidRDefault="00E32E80">
            <w:r>
              <w:t>Years</w:t>
            </w:r>
          </w:p>
        </w:tc>
        <w:tc>
          <w:tcPr>
            <w:tcW w:w="2880" w:type="dxa"/>
          </w:tcPr>
          <w:p w14:paraId="53D7A0A0" w14:textId="77777777" w:rsidR="009B755D" w:rsidRDefault="00E32E80">
            <w:r>
              <w:t>Leadership Role</w:t>
            </w:r>
          </w:p>
        </w:tc>
      </w:tr>
      <w:tr w:rsidR="009B755D" w14:paraId="6BBE5F35" w14:textId="77777777">
        <w:tc>
          <w:tcPr>
            <w:tcW w:w="2880" w:type="dxa"/>
          </w:tcPr>
          <w:p w14:paraId="56AFA11D" w14:textId="77777777" w:rsidR="009B755D" w:rsidRDefault="009B755D"/>
        </w:tc>
        <w:tc>
          <w:tcPr>
            <w:tcW w:w="2880" w:type="dxa"/>
          </w:tcPr>
          <w:p w14:paraId="2AC4BBBD" w14:textId="77777777" w:rsidR="009B755D" w:rsidRDefault="009B755D"/>
        </w:tc>
        <w:tc>
          <w:tcPr>
            <w:tcW w:w="2880" w:type="dxa"/>
          </w:tcPr>
          <w:p w14:paraId="58631235" w14:textId="77777777" w:rsidR="009B755D" w:rsidRDefault="009B755D"/>
        </w:tc>
      </w:tr>
      <w:tr w:rsidR="009B755D" w14:paraId="070C7780" w14:textId="77777777">
        <w:tc>
          <w:tcPr>
            <w:tcW w:w="2880" w:type="dxa"/>
          </w:tcPr>
          <w:p w14:paraId="015759F0" w14:textId="77777777" w:rsidR="009B755D" w:rsidRDefault="009B755D"/>
        </w:tc>
        <w:tc>
          <w:tcPr>
            <w:tcW w:w="2880" w:type="dxa"/>
          </w:tcPr>
          <w:p w14:paraId="0F21EC09" w14:textId="77777777" w:rsidR="009B755D" w:rsidRDefault="009B755D"/>
        </w:tc>
        <w:tc>
          <w:tcPr>
            <w:tcW w:w="2880" w:type="dxa"/>
          </w:tcPr>
          <w:p w14:paraId="2368D051" w14:textId="77777777" w:rsidR="009B755D" w:rsidRDefault="009B755D"/>
        </w:tc>
      </w:tr>
      <w:tr w:rsidR="009B755D" w14:paraId="13659A90" w14:textId="77777777">
        <w:tc>
          <w:tcPr>
            <w:tcW w:w="2880" w:type="dxa"/>
          </w:tcPr>
          <w:p w14:paraId="045130F3" w14:textId="77777777" w:rsidR="009B755D" w:rsidRDefault="009B755D"/>
        </w:tc>
        <w:tc>
          <w:tcPr>
            <w:tcW w:w="2880" w:type="dxa"/>
          </w:tcPr>
          <w:p w14:paraId="39CF8207" w14:textId="77777777" w:rsidR="009B755D" w:rsidRDefault="009B755D"/>
        </w:tc>
        <w:tc>
          <w:tcPr>
            <w:tcW w:w="2880" w:type="dxa"/>
          </w:tcPr>
          <w:p w14:paraId="68BC1B06" w14:textId="77777777" w:rsidR="009B755D" w:rsidRDefault="009B755D"/>
        </w:tc>
      </w:tr>
      <w:tr w:rsidR="009B755D" w14:paraId="2AAAA39B" w14:textId="77777777">
        <w:tc>
          <w:tcPr>
            <w:tcW w:w="2880" w:type="dxa"/>
          </w:tcPr>
          <w:p w14:paraId="3BE73093" w14:textId="77777777" w:rsidR="009B755D" w:rsidRDefault="009B755D"/>
        </w:tc>
        <w:tc>
          <w:tcPr>
            <w:tcW w:w="2880" w:type="dxa"/>
          </w:tcPr>
          <w:p w14:paraId="2F3F3BF7" w14:textId="77777777" w:rsidR="009B755D" w:rsidRDefault="009B755D"/>
        </w:tc>
        <w:tc>
          <w:tcPr>
            <w:tcW w:w="2880" w:type="dxa"/>
          </w:tcPr>
          <w:p w14:paraId="27EC2DED" w14:textId="77777777" w:rsidR="009B755D" w:rsidRDefault="009B755D"/>
        </w:tc>
      </w:tr>
      <w:tr w:rsidR="009B755D" w14:paraId="4D380B4E" w14:textId="77777777">
        <w:tc>
          <w:tcPr>
            <w:tcW w:w="2880" w:type="dxa"/>
          </w:tcPr>
          <w:p w14:paraId="6F534839" w14:textId="77777777" w:rsidR="009B755D" w:rsidRDefault="009B755D"/>
        </w:tc>
        <w:tc>
          <w:tcPr>
            <w:tcW w:w="2880" w:type="dxa"/>
          </w:tcPr>
          <w:p w14:paraId="6906A785" w14:textId="77777777" w:rsidR="009B755D" w:rsidRDefault="009B755D"/>
        </w:tc>
        <w:tc>
          <w:tcPr>
            <w:tcW w:w="2880" w:type="dxa"/>
          </w:tcPr>
          <w:p w14:paraId="3F557A0D" w14:textId="77777777" w:rsidR="009B755D" w:rsidRDefault="009B755D"/>
        </w:tc>
      </w:tr>
      <w:tr w:rsidR="009B755D" w14:paraId="31F8FC6E" w14:textId="77777777">
        <w:tc>
          <w:tcPr>
            <w:tcW w:w="2880" w:type="dxa"/>
          </w:tcPr>
          <w:p w14:paraId="7A168D38" w14:textId="77777777" w:rsidR="009B755D" w:rsidRDefault="009B755D"/>
        </w:tc>
        <w:tc>
          <w:tcPr>
            <w:tcW w:w="2880" w:type="dxa"/>
          </w:tcPr>
          <w:p w14:paraId="4E348E09" w14:textId="77777777" w:rsidR="009B755D" w:rsidRDefault="009B755D"/>
        </w:tc>
        <w:tc>
          <w:tcPr>
            <w:tcW w:w="2880" w:type="dxa"/>
          </w:tcPr>
          <w:p w14:paraId="5139D04D" w14:textId="77777777" w:rsidR="009B755D" w:rsidRDefault="009B755D"/>
        </w:tc>
      </w:tr>
      <w:tr w:rsidR="009B755D" w14:paraId="72ECCAF1" w14:textId="77777777">
        <w:tc>
          <w:tcPr>
            <w:tcW w:w="2880" w:type="dxa"/>
          </w:tcPr>
          <w:p w14:paraId="37F8D55D" w14:textId="77777777" w:rsidR="009B755D" w:rsidRDefault="009B755D"/>
        </w:tc>
        <w:tc>
          <w:tcPr>
            <w:tcW w:w="2880" w:type="dxa"/>
          </w:tcPr>
          <w:p w14:paraId="601E1C9C" w14:textId="77777777" w:rsidR="009B755D" w:rsidRDefault="009B755D"/>
        </w:tc>
        <w:tc>
          <w:tcPr>
            <w:tcW w:w="2880" w:type="dxa"/>
          </w:tcPr>
          <w:p w14:paraId="7E3C85FA" w14:textId="77777777" w:rsidR="009B755D" w:rsidRDefault="009B755D"/>
        </w:tc>
      </w:tr>
      <w:tr w:rsidR="009B755D" w14:paraId="3CA54A61" w14:textId="77777777">
        <w:tc>
          <w:tcPr>
            <w:tcW w:w="2880" w:type="dxa"/>
          </w:tcPr>
          <w:p w14:paraId="01327AD0" w14:textId="77777777" w:rsidR="009B755D" w:rsidRDefault="009B755D"/>
        </w:tc>
        <w:tc>
          <w:tcPr>
            <w:tcW w:w="2880" w:type="dxa"/>
          </w:tcPr>
          <w:p w14:paraId="089E2966" w14:textId="77777777" w:rsidR="009B755D" w:rsidRDefault="009B755D"/>
        </w:tc>
        <w:tc>
          <w:tcPr>
            <w:tcW w:w="2880" w:type="dxa"/>
          </w:tcPr>
          <w:p w14:paraId="36A6EB7F" w14:textId="77777777" w:rsidR="009B755D" w:rsidRDefault="009B755D"/>
        </w:tc>
      </w:tr>
    </w:tbl>
    <w:p w14:paraId="2C23484D" w14:textId="77777777" w:rsidR="009B755D" w:rsidRDefault="009B755D"/>
    <w:p w14:paraId="60997C60" w14:textId="77777777" w:rsidR="009B755D" w:rsidRDefault="00E32E80">
      <w:r>
        <w:t>Community Service (organization, hours, responsibilities):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755D" w14:paraId="5185B55E" w14:textId="77777777">
        <w:tc>
          <w:tcPr>
            <w:tcW w:w="2880" w:type="dxa"/>
          </w:tcPr>
          <w:p w14:paraId="7B4556DF" w14:textId="77777777" w:rsidR="009B755D" w:rsidRDefault="00E32E80">
            <w:r>
              <w:t>Organization</w:t>
            </w:r>
          </w:p>
        </w:tc>
        <w:tc>
          <w:tcPr>
            <w:tcW w:w="2880" w:type="dxa"/>
          </w:tcPr>
          <w:p w14:paraId="2E22ADB6" w14:textId="77777777" w:rsidR="009B755D" w:rsidRDefault="00E32E80">
            <w:r>
              <w:t>Approx. Hours</w:t>
            </w:r>
          </w:p>
        </w:tc>
        <w:tc>
          <w:tcPr>
            <w:tcW w:w="2880" w:type="dxa"/>
          </w:tcPr>
          <w:p w14:paraId="036EECF9" w14:textId="77777777" w:rsidR="009B755D" w:rsidRDefault="00E32E80">
            <w:r>
              <w:t>Responsibilities</w:t>
            </w:r>
          </w:p>
        </w:tc>
      </w:tr>
      <w:tr w:rsidR="009B755D" w14:paraId="35888ACB" w14:textId="77777777">
        <w:tc>
          <w:tcPr>
            <w:tcW w:w="2880" w:type="dxa"/>
          </w:tcPr>
          <w:p w14:paraId="118BB7BC" w14:textId="77777777" w:rsidR="009B755D" w:rsidRDefault="009B755D"/>
        </w:tc>
        <w:tc>
          <w:tcPr>
            <w:tcW w:w="2880" w:type="dxa"/>
          </w:tcPr>
          <w:p w14:paraId="38145FF2" w14:textId="77777777" w:rsidR="009B755D" w:rsidRDefault="009B755D"/>
        </w:tc>
        <w:tc>
          <w:tcPr>
            <w:tcW w:w="2880" w:type="dxa"/>
          </w:tcPr>
          <w:p w14:paraId="00B186AF" w14:textId="77777777" w:rsidR="009B755D" w:rsidRDefault="009B755D"/>
        </w:tc>
      </w:tr>
      <w:tr w:rsidR="009B755D" w14:paraId="351BD983" w14:textId="77777777">
        <w:tc>
          <w:tcPr>
            <w:tcW w:w="2880" w:type="dxa"/>
          </w:tcPr>
          <w:p w14:paraId="52414F75" w14:textId="77777777" w:rsidR="009B755D" w:rsidRDefault="009B755D"/>
        </w:tc>
        <w:tc>
          <w:tcPr>
            <w:tcW w:w="2880" w:type="dxa"/>
          </w:tcPr>
          <w:p w14:paraId="2E922C46" w14:textId="77777777" w:rsidR="009B755D" w:rsidRDefault="009B755D"/>
        </w:tc>
        <w:tc>
          <w:tcPr>
            <w:tcW w:w="2880" w:type="dxa"/>
          </w:tcPr>
          <w:p w14:paraId="38B93B11" w14:textId="77777777" w:rsidR="009B755D" w:rsidRDefault="009B755D"/>
        </w:tc>
      </w:tr>
      <w:tr w:rsidR="009B755D" w14:paraId="3EF44D1B" w14:textId="77777777">
        <w:tc>
          <w:tcPr>
            <w:tcW w:w="2880" w:type="dxa"/>
          </w:tcPr>
          <w:p w14:paraId="0874445E" w14:textId="77777777" w:rsidR="009B755D" w:rsidRDefault="009B755D"/>
        </w:tc>
        <w:tc>
          <w:tcPr>
            <w:tcW w:w="2880" w:type="dxa"/>
          </w:tcPr>
          <w:p w14:paraId="6F6F9274" w14:textId="77777777" w:rsidR="009B755D" w:rsidRDefault="009B755D"/>
        </w:tc>
        <w:tc>
          <w:tcPr>
            <w:tcW w:w="2880" w:type="dxa"/>
          </w:tcPr>
          <w:p w14:paraId="265250D9" w14:textId="77777777" w:rsidR="009B755D" w:rsidRDefault="009B755D"/>
        </w:tc>
      </w:tr>
      <w:tr w:rsidR="009B755D" w14:paraId="1070F7D0" w14:textId="77777777">
        <w:tc>
          <w:tcPr>
            <w:tcW w:w="2880" w:type="dxa"/>
          </w:tcPr>
          <w:p w14:paraId="3D3EC818" w14:textId="77777777" w:rsidR="009B755D" w:rsidRDefault="009B755D"/>
        </w:tc>
        <w:tc>
          <w:tcPr>
            <w:tcW w:w="2880" w:type="dxa"/>
          </w:tcPr>
          <w:p w14:paraId="2C8F1EE8" w14:textId="77777777" w:rsidR="009B755D" w:rsidRDefault="009B755D"/>
        </w:tc>
        <w:tc>
          <w:tcPr>
            <w:tcW w:w="2880" w:type="dxa"/>
          </w:tcPr>
          <w:p w14:paraId="09A16A20" w14:textId="77777777" w:rsidR="009B755D" w:rsidRDefault="009B755D"/>
        </w:tc>
      </w:tr>
      <w:tr w:rsidR="009B755D" w14:paraId="6E5F592B" w14:textId="77777777">
        <w:tc>
          <w:tcPr>
            <w:tcW w:w="2880" w:type="dxa"/>
          </w:tcPr>
          <w:p w14:paraId="58DFA427" w14:textId="77777777" w:rsidR="009B755D" w:rsidRDefault="009B755D"/>
        </w:tc>
        <w:tc>
          <w:tcPr>
            <w:tcW w:w="2880" w:type="dxa"/>
          </w:tcPr>
          <w:p w14:paraId="16A951D9" w14:textId="77777777" w:rsidR="009B755D" w:rsidRDefault="009B755D"/>
        </w:tc>
        <w:tc>
          <w:tcPr>
            <w:tcW w:w="2880" w:type="dxa"/>
          </w:tcPr>
          <w:p w14:paraId="78B5B7F6" w14:textId="77777777" w:rsidR="009B755D" w:rsidRDefault="009B755D"/>
        </w:tc>
      </w:tr>
      <w:tr w:rsidR="009B755D" w14:paraId="4AA7D0F0" w14:textId="77777777">
        <w:tc>
          <w:tcPr>
            <w:tcW w:w="2880" w:type="dxa"/>
          </w:tcPr>
          <w:p w14:paraId="5AECA9C0" w14:textId="77777777" w:rsidR="009B755D" w:rsidRDefault="009B755D"/>
        </w:tc>
        <w:tc>
          <w:tcPr>
            <w:tcW w:w="2880" w:type="dxa"/>
          </w:tcPr>
          <w:p w14:paraId="44391094" w14:textId="77777777" w:rsidR="009B755D" w:rsidRDefault="009B755D"/>
        </w:tc>
        <w:tc>
          <w:tcPr>
            <w:tcW w:w="2880" w:type="dxa"/>
          </w:tcPr>
          <w:p w14:paraId="5C3DD1D5" w14:textId="77777777" w:rsidR="009B755D" w:rsidRDefault="009B755D"/>
        </w:tc>
      </w:tr>
      <w:tr w:rsidR="009B755D" w14:paraId="4C8A43B4" w14:textId="77777777">
        <w:tc>
          <w:tcPr>
            <w:tcW w:w="2880" w:type="dxa"/>
          </w:tcPr>
          <w:p w14:paraId="23076AFE" w14:textId="77777777" w:rsidR="009B755D" w:rsidRDefault="009B755D"/>
        </w:tc>
        <w:tc>
          <w:tcPr>
            <w:tcW w:w="2880" w:type="dxa"/>
          </w:tcPr>
          <w:p w14:paraId="6EA06A03" w14:textId="77777777" w:rsidR="009B755D" w:rsidRDefault="009B755D"/>
        </w:tc>
        <w:tc>
          <w:tcPr>
            <w:tcW w:w="2880" w:type="dxa"/>
          </w:tcPr>
          <w:p w14:paraId="1B0FE9D5" w14:textId="77777777" w:rsidR="009B755D" w:rsidRDefault="009B755D"/>
        </w:tc>
      </w:tr>
      <w:tr w:rsidR="009B755D" w14:paraId="222402A0" w14:textId="77777777">
        <w:tc>
          <w:tcPr>
            <w:tcW w:w="2880" w:type="dxa"/>
          </w:tcPr>
          <w:p w14:paraId="6F543A7D" w14:textId="77777777" w:rsidR="009B755D" w:rsidRDefault="009B755D"/>
        </w:tc>
        <w:tc>
          <w:tcPr>
            <w:tcW w:w="2880" w:type="dxa"/>
          </w:tcPr>
          <w:p w14:paraId="0D54AF0C" w14:textId="77777777" w:rsidR="009B755D" w:rsidRDefault="009B755D"/>
        </w:tc>
        <w:tc>
          <w:tcPr>
            <w:tcW w:w="2880" w:type="dxa"/>
          </w:tcPr>
          <w:p w14:paraId="04CC068D" w14:textId="77777777" w:rsidR="009B755D" w:rsidRDefault="009B755D"/>
        </w:tc>
      </w:tr>
    </w:tbl>
    <w:p w14:paraId="5A857ED4" w14:textId="77777777" w:rsidR="009B755D" w:rsidRDefault="009B755D"/>
    <w:p w14:paraId="4E5F6887" w14:textId="77777777" w:rsidR="009B755D" w:rsidRDefault="00E32E80">
      <w:r>
        <w:t>Honors &amp; Awards: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B755D" w14:paraId="5372FBA5" w14:textId="77777777">
        <w:tc>
          <w:tcPr>
            <w:tcW w:w="2880" w:type="dxa"/>
          </w:tcPr>
          <w:p w14:paraId="3D39D0E5" w14:textId="77777777" w:rsidR="009B755D" w:rsidRDefault="00E32E80">
            <w:r>
              <w:t>Award</w:t>
            </w:r>
          </w:p>
        </w:tc>
        <w:tc>
          <w:tcPr>
            <w:tcW w:w="2880" w:type="dxa"/>
          </w:tcPr>
          <w:p w14:paraId="6E0FB077" w14:textId="77777777" w:rsidR="009B755D" w:rsidRDefault="00E32E80">
            <w:r>
              <w:t>Year</w:t>
            </w:r>
          </w:p>
        </w:tc>
        <w:tc>
          <w:tcPr>
            <w:tcW w:w="2880" w:type="dxa"/>
          </w:tcPr>
          <w:p w14:paraId="6AF1A5D0" w14:textId="77777777" w:rsidR="009B755D" w:rsidRDefault="00E32E80">
            <w:r>
              <w:t>Awarding Organization</w:t>
            </w:r>
          </w:p>
        </w:tc>
      </w:tr>
      <w:tr w:rsidR="009B755D" w14:paraId="7DFA1DD1" w14:textId="77777777">
        <w:tc>
          <w:tcPr>
            <w:tcW w:w="2880" w:type="dxa"/>
          </w:tcPr>
          <w:p w14:paraId="7D2CD61C" w14:textId="77777777" w:rsidR="009B755D" w:rsidRDefault="009B755D"/>
        </w:tc>
        <w:tc>
          <w:tcPr>
            <w:tcW w:w="2880" w:type="dxa"/>
          </w:tcPr>
          <w:p w14:paraId="3C1EE2F6" w14:textId="77777777" w:rsidR="009B755D" w:rsidRDefault="009B755D"/>
        </w:tc>
        <w:tc>
          <w:tcPr>
            <w:tcW w:w="2880" w:type="dxa"/>
          </w:tcPr>
          <w:p w14:paraId="07F5DBB3" w14:textId="77777777" w:rsidR="009B755D" w:rsidRDefault="009B755D"/>
        </w:tc>
      </w:tr>
      <w:tr w:rsidR="009B755D" w14:paraId="6ECD6FBB" w14:textId="77777777">
        <w:tc>
          <w:tcPr>
            <w:tcW w:w="2880" w:type="dxa"/>
          </w:tcPr>
          <w:p w14:paraId="7F56D92D" w14:textId="77777777" w:rsidR="009B755D" w:rsidRDefault="009B755D"/>
        </w:tc>
        <w:tc>
          <w:tcPr>
            <w:tcW w:w="2880" w:type="dxa"/>
          </w:tcPr>
          <w:p w14:paraId="41D69619" w14:textId="77777777" w:rsidR="009B755D" w:rsidRDefault="009B755D"/>
        </w:tc>
        <w:tc>
          <w:tcPr>
            <w:tcW w:w="2880" w:type="dxa"/>
          </w:tcPr>
          <w:p w14:paraId="60491592" w14:textId="77777777" w:rsidR="009B755D" w:rsidRDefault="009B755D"/>
        </w:tc>
      </w:tr>
      <w:tr w:rsidR="009B755D" w14:paraId="05593311" w14:textId="77777777">
        <w:tc>
          <w:tcPr>
            <w:tcW w:w="2880" w:type="dxa"/>
          </w:tcPr>
          <w:p w14:paraId="5A445623" w14:textId="77777777" w:rsidR="009B755D" w:rsidRDefault="009B755D"/>
        </w:tc>
        <w:tc>
          <w:tcPr>
            <w:tcW w:w="2880" w:type="dxa"/>
          </w:tcPr>
          <w:p w14:paraId="0AA96AA3" w14:textId="77777777" w:rsidR="009B755D" w:rsidRDefault="009B755D"/>
        </w:tc>
        <w:tc>
          <w:tcPr>
            <w:tcW w:w="2880" w:type="dxa"/>
          </w:tcPr>
          <w:p w14:paraId="206CB49A" w14:textId="77777777" w:rsidR="009B755D" w:rsidRDefault="009B755D"/>
        </w:tc>
      </w:tr>
      <w:tr w:rsidR="009B755D" w14:paraId="462F0582" w14:textId="77777777">
        <w:tc>
          <w:tcPr>
            <w:tcW w:w="2880" w:type="dxa"/>
          </w:tcPr>
          <w:p w14:paraId="4A08D2B7" w14:textId="77777777" w:rsidR="009B755D" w:rsidRDefault="009B755D"/>
        </w:tc>
        <w:tc>
          <w:tcPr>
            <w:tcW w:w="2880" w:type="dxa"/>
          </w:tcPr>
          <w:p w14:paraId="4F889185" w14:textId="77777777" w:rsidR="009B755D" w:rsidRDefault="009B755D"/>
        </w:tc>
        <w:tc>
          <w:tcPr>
            <w:tcW w:w="2880" w:type="dxa"/>
          </w:tcPr>
          <w:p w14:paraId="45436964" w14:textId="77777777" w:rsidR="009B755D" w:rsidRDefault="009B755D"/>
        </w:tc>
      </w:tr>
      <w:tr w:rsidR="009B755D" w14:paraId="6951C2B9" w14:textId="77777777">
        <w:tc>
          <w:tcPr>
            <w:tcW w:w="2880" w:type="dxa"/>
          </w:tcPr>
          <w:p w14:paraId="14F32073" w14:textId="77777777" w:rsidR="009B755D" w:rsidRDefault="009B755D"/>
        </w:tc>
        <w:tc>
          <w:tcPr>
            <w:tcW w:w="2880" w:type="dxa"/>
          </w:tcPr>
          <w:p w14:paraId="4E30958C" w14:textId="77777777" w:rsidR="009B755D" w:rsidRDefault="009B755D"/>
        </w:tc>
        <w:tc>
          <w:tcPr>
            <w:tcW w:w="2880" w:type="dxa"/>
          </w:tcPr>
          <w:p w14:paraId="38E5F76C" w14:textId="77777777" w:rsidR="009B755D" w:rsidRDefault="009B755D"/>
        </w:tc>
      </w:tr>
      <w:tr w:rsidR="009B755D" w14:paraId="5E89EE08" w14:textId="77777777">
        <w:tc>
          <w:tcPr>
            <w:tcW w:w="2880" w:type="dxa"/>
          </w:tcPr>
          <w:p w14:paraId="00A820E8" w14:textId="77777777" w:rsidR="009B755D" w:rsidRDefault="009B755D"/>
        </w:tc>
        <w:tc>
          <w:tcPr>
            <w:tcW w:w="2880" w:type="dxa"/>
          </w:tcPr>
          <w:p w14:paraId="4D0314C2" w14:textId="77777777" w:rsidR="009B755D" w:rsidRDefault="009B755D"/>
        </w:tc>
        <w:tc>
          <w:tcPr>
            <w:tcW w:w="2880" w:type="dxa"/>
          </w:tcPr>
          <w:p w14:paraId="0A404454" w14:textId="77777777" w:rsidR="009B755D" w:rsidRDefault="009B755D"/>
        </w:tc>
      </w:tr>
    </w:tbl>
    <w:p w14:paraId="6C7D867D" w14:textId="77777777" w:rsidR="009B755D" w:rsidRDefault="009B755D"/>
    <w:p w14:paraId="269D6498" w14:textId="77777777" w:rsidR="009B755D" w:rsidRDefault="00E32E80">
      <w:r>
        <w:t>Employment Experience (optional but encouraged):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B755D" w14:paraId="6998849E" w14:textId="77777777">
        <w:tc>
          <w:tcPr>
            <w:tcW w:w="2160" w:type="dxa"/>
          </w:tcPr>
          <w:p w14:paraId="7F28E65E" w14:textId="77777777" w:rsidR="009B755D" w:rsidRDefault="00E32E80">
            <w:r>
              <w:t>Employer</w:t>
            </w:r>
          </w:p>
        </w:tc>
        <w:tc>
          <w:tcPr>
            <w:tcW w:w="2160" w:type="dxa"/>
          </w:tcPr>
          <w:p w14:paraId="5F1AAB78" w14:textId="77777777" w:rsidR="009B755D" w:rsidRDefault="00E32E80">
            <w:r>
              <w:t>Position</w:t>
            </w:r>
          </w:p>
        </w:tc>
        <w:tc>
          <w:tcPr>
            <w:tcW w:w="2160" w:type="dxa"/>
          </w:tcPr>
          <w:p w14:paraId="1D30F615" w14:textId="77777777" w:rsidR="009B755D" w:rsidRDefault="00E32E80">
            <w:r>
              <w:t>Dates</w:t>
            </w:r>
          </w:p>
        </w:tc>
        <w:tc>
          <w:tcPr>
            <w:tcW w:w="2160" w:type="dxa"/>
          </w:tcPr>
          <w:p w14:paraId="7A5D5526" w14:textId="77777777" w:rsidR="009B755D" w:rsidRDefault="00E32E80">
            <w:r>
              <w:t>Hours/Week</w:t>
            </w:r>
          </w:p>
        </w:tc>
      </w:tr>
      <w:tr w:rsidR="009B755D" w14:paraId="52DC2F30" w14:textId="77777777">
        <w:tc>
          <w:tcPr>
            <w:tcW w:w="2160" w:type="dxa"/>
          </w:tcPr>
          <w:p w14:paraId="1B249E4E" w14:textId="77777777" w:rsidR="009B755D" w:rsidRDefault="009B755D"/>
        </w:tc>
        <w:tc>
          <w:tcPr>
            <w:tcW w:w="2160" w:type="dxa"/>
          </w:tcPr>
          <w:p w14:paraId="66D9E84E" w14:textId="77777777" w:rsidR="009B755D" w:rsidRDefault="009B755D"/>
        </w:tc>
        <w:tc>
          <w:tcPr>
            <w:tcW w:w="2160" w:type="dxa"/>
          </w:tcPr>
          <w:p w14:paraId="50B1ED99" w14:textId="77777777" w:rsidR="009B755D" w:rsidRDefault="009B755D"/>
        </w:tc>
        <w:tc>
          <w:tcPr>
            <w:tcW w:w="2160" w:type="dxa"/>
          </w:tcPr>
          <w:p w14:paraId="54F4EAAF" w14:textId="77777777" w:rsidR="009B755D" w:rsidRDefault="009B755D"/>
        </w:tc>
      </w:tr>
      <w:tr w:rsidR="009B755D" w14:paraId="744B8806" w14:textId="77777777">
        <w:tc>
          <w:tcPr>
            <w:tcW w:w="2160" w:type="dxa"/>
          </w:tcPr>
          <w:p w14:paraId="640B28B1" w14:textId="77777777" w:rsidR="009B755D" w:rsidRDefault="009B755D"/>
        </w:tc>
        <w:tc>
          <w:tcPr>
            <w:tcW w:w="2160" w:type="dxa"/>
          </w:tcPr>
          <w:p w14:paraId="1B24E97E" w14:textId="77777777" w:rsidR="009B755D" w:rsidRDefault="009B755D"/>
        </w:tc>
        <w:tc>
          <w:tcPr>
            <w:tcW w:w="2160" w:type="dxa"/>
          </w:tcPr>
          <w:p w14:paraId="721E3C6B" w14:textId="77777777" w:rsidR="009B755D" w:rsidRDefault="009B755D"/>
        </w:tc>
        <w:tc>
          <w:tcPr>
            <w:tcW w:w="2160" w:type="dxa"/>
          </w:tcPr>
          <w:p w14:paraId="0D00D72D" w14:textId="77777777" w:rsidR="009B755D" w:rsidRDefault="009B755D"/>
        </w:tc>
      </w:tr>
      <w:tr w:rsidR="009B755D" w14:paraId="33918E55" w14:textId="77777777">
        <w:tc>
          <w:tcPr>
            <w:tcW w:w="2160" w:type="dxa"/>
          </w:tcPr>
          <w:p w14:paraId="10AE549B" w14:textId="77777777" w:rsidR="009B755D" w:rsidRDefault="009B755D"/>
        </w:tc>
        <w:tc>
          <w:tcPr>
            <w:tcW w:w="2160" w:type="dxa"/>
          </w:tcPr>
          <w:p w14:paraId="0AF06C8B" w14:textId="77777777" w:rsidR="009B755D" w:rsidRDefault="009B755D"/>
        </w:tc>
        <w:tc>
          <w:tcPr>
            <w:tcW w:w="2160" w:type="dxa"/>
          </w:tcPr>
          <w:p w14:paraId="4480C6BF" w14:textId="77777777" w:rsidR="009B755D" w:rsidRDefault="009B755D"/>
        </w:tc>
        <w:tc>
          <w:tcPr>
            <w:tcW w:w="2160" w:type="dxa"/>
          </w:tcPr>
          <w:p w14:paraId="1B555459" w14:textId="77777777" w:rsidR="009B755D" w:rsidRDefault="009B755D"/>
        </w:tc>
      </w:tr>
      <w:tr w:rsidR="009B755D" w14:paraId="6BBE15FC" w14:textId="77777777">
        <w:tc>
          <w:tcPr>
            <w:tcW w:w="2160" w:type="dxa"/>
          </w:tcPr>
          <w:p w14:paraId="720E2EF7" w14:textId="77777777" w:rsidR="009B755D" w:rsidRDefault="009B755D"/>
        </w:tc>
        <w:tc>
          <w:tcPr>
            <w:tcW w:w="2160" w:type="dxa"/>
          </w:tcPr>
          <w:p w14:paraId="252C9CA3" w14:textId="77777777" w:rsidR="009B755D" w:rsidRDefault="009B755D"/>
        </w:tc>
        <w:tc>
          <w:tcPr>
            <w:tcW w:w="2160" w:type="dxa"/>
          </w:tcPr>
          <w:p w14:paraId="3B81EA10" w14:textId="77777777" w:rsidR="009B755D" w:rsidRDefault="009B755D"/>
        </w:tc>
        <w:tc>
          <w:tcPr>
            <w:tcW w:w="2160" w:type="dxa"/>
          </w:tcPr>
          <w:p w14:paraId="01FD4148" w14:textId="77777777" w:rsidR="009B755D" w:rsidRDefault="009B755D"/>
        </w:tc>
      </w:tr>
      <w:tr w:rsidR="009B755D" w14:paraId="4ABFA8B8" w14:textId="77777777">
        <w:tc>
          <w:tcPr>
            <w:tcW w:w="2160" w:type="dxa"/>
          </w:tcPr>
          <w:p w14:paraId="765E528A" w14:textId="77777777" w:rsidR="009B755D" w:rsidRDefault="009B755D"/>
        </w:tc>
        <w:tc>
          <w:tcPr>
            <w:tcW w:w="2160" w:type="dxa"/>
          </w:tcPr>
          <w:p w14:paraId="1B9181C7" w14:textId="77777777" w:rsidR="009B755D" w:rsidRDefault="009B755D"/>
        </w:tc>
        <w:tc>
          <w:tcPr>
            <w:tcW w:w="2160" w:type="dxa"/>
          </w:tcPr>
          <w:p w14:paraId="382C7CB2" w14:textId="77777777" w:rsidR="009B755D" w:rsidRDefault="009B755D"/>
        </w:tc>
        <w:tc>
          <w:tcPr>
            <w:tcW w:w="2160" w:type="dxa"/>
          </w:tcPr>
          <w:p w14:paraId="1DB8847E" w14:textId="77777777" w:rsidR="009B755D" w:rsidRDefault="009B755D"/>
        </w:tc>
      </w:tr>
    </w:tbl>
    <w:p w14:paraId="35B8779B" w14:textId="77777777" w:rsidR="009B755D" w:rsidRDefault="00E32E80">
      <w:pPr>
        <w:pStyle w:val="Heading2"/>
      </w:pPr>
      <w:r>
        <w:lastRenderedPageBreak/>
        <w:t>Required Attachments</w:t>
      </w:r>
    </w:p>
    <w:p w14:paraId="00D14A35" w14:textId="77777777" w:rsidR="009B755D" w:rsidRDefault="00E32E80">
      <w:pPr>
        <w:pStyle w:val="ListBullet"/>
      </w:pPr>
      <w:r>
        <w:t>One-page resume.</w:t>
      </w:r>
    </w:p>
    <w:p w14:paraId="78187F02" w14:textId="77777777" w:rsidR="009B755D" w:rsidRDefault="00E32E80">
      <w:pPr>
        <w:pStyle w:val="ListBullet"/>
      </w:pPr>
      <w:r>
        <w:t>Three letters of recommendation.</w:t>
      </w:r>
    </w:p>
    <w:p w14:paraId="5ECD72ED" w14:textId="77777777" w:rsidR="009B755D" w:rsidRDefault="00E32E80">
      <w:pPr>
        <w:pStyle w:val="ListBullet"/>
      </w:pPr>
      <w:r>
        <w:t>Essay responses.</w:t>
      </w:r>
    </w:p>
    <w:p w14:paraId="0ABED56D" w14:textId="77777777" w:rsidR="009B755D" w:rsidRDefault="00E32E80">
      <w:pPr>
        <w:pStyle w:val="Heading2"/>
      </w:pPr>
      <w:r>
        <w:t>Essay Responses</w:t>
      </w:r>
    </w:p>
    <w:p w14:paraId="560E7C94" w14:textId="77777777" w:rsidR="009B755D" w:rsidRDefault="00E32E80">
      <w:r>
        <w:rPr>
          <w:b/>
        </w:rPr>
        <w:t>Essay 1 (300 words)</w:t>
      </w:r>
    </w:p>
    <w:p w14:paraId="04CE2CA2" w14:textId="77777777" w:rsidR="009B755D" w:rsidRDefault="00E32E80">
      <w:r>
        <w:t>Tell us about yourself and the experiences that have shaped you.</w:t>
      </w:r>
    </w:p>
    <w:p w14:paraId="749307C8" w14:textId="77777777" w:rsidR="009B755D" w:rsidRDefault="00E32E80">
      <w:r>
        <w:rPr>
          <w:b/>
        </w:rPr>
        <w:t>Essay 2 (300 words)</w:t>
      </w:r>
    </w:p>
    <w:p w14:paraId="479E880E" w14:textId="77777777" w:rsidR="009B755D" w:rsidRDefault="00E32E80">
      <w:r>
        <w:t>Describe a time you demonstrated leadership or service in your school or community.</w:t>
      </w:r>
    </w:p>
    <w:p w14:paraId="27D6596E" w14:textId="77777777" w:rsidR="009B755D" w:rsidRDefault="00E32E80">
      <w:r>
        <w:rPr>
          <w:b/>
        </w:rPr>
        <w:t>Essay 3 (400 words)</w:t>
      </w:r>
    </w:p>
    <w:p w14:paraId="65318A5B" w14:textId="77777777" w:rsidR="009B755D" w:rsidRDefault="00E32E80">
      <w:r>
        <w:t>How do you hope to use your education to serve others and improve your community?</w:t>
      </w:r>
    </w:p>
    <w:p w14:paraId="0EE85D66" w14:textId="3528AED2" w:rsidR="00C0533A" w:rsidRDefault="00C0533A" w:rsidP="00C0533A">
      <w:pPr>
        <w:pStyle w:val="Heading2"/>
      </w:pPr>
      <w:r>
        <w:t>Letters of Recommendation</w:t>
      </w:r>
    </w:p>
    <w:p w14:paraId="26FD3D4F" w14:textId="7658E6C1" w:rsidR="00C0533A" w:rsidRDefault="00C0533A" w:rsidP="00C0533A">
      <w:pPr>
        <w:pStyle w:val="ListParagraph"/>
        <w:numPr>
          <w:ilvl w:val="0"/>
          <w:numId w:val="11"/>
        </w:numPr>
      </w:pPr>
      <w:r>
        <w:t>___________________________________________________________________________________</w:t>
      </w:r>
    </w:p>
    <w:p w14:paraId="76DBACD8" w14:textId="4B996782" w:rsidR="00C0533A" w:rsidRDefault="00C0533A" w:rsidP="00C0533A">
      <w:pPr>
        <w:pStyle w:val="ListParagraph"/>
      </w:pPr>
      <w:r>
        <w:t>Relationship to Applicant _____________________________________________________</w:t>
      </w:r>
    </w:p>
    <w:p w14:paraId="65AEB749" w14:textId="77777777" w:rsidR="00C0533A" w:rsidRDefault="00C0533A" w:rsidP="00C0533A">
      <w:pPr>
        <w:pStyle w:val="ListParagraph"/>
        <w:numPr>
          <w:ilvl w:val="0"/>
          <w:numId w:val="11"/>
        </w:numPr>
      </w:pPr>
      <w:r>
        <w:t>___________________________________________________________________________________</w:t>
      </w:r>
    </w:p>
    <w:p w14:paraId="7ABA479A" w14:textId="77777777" w:rsidR="00C0533A" w:rsidRDefault="00C0533A" w:rsidP="00C0533A">
      <w:pPr>
        <w:pStyle w:val="ListParagraph"/>
      </w:pPr>
      <w:r>
        <w:t>Relationship to Applicant _____________________________________________________</w:t>
      </w:r>
    </w:p>
    <w:p w14:paraId="5759E836" w14:textId="77777777" w:rsidR="00C0533A" w:rsidRDefault="00C0533A" w:rsidP="00C0533A">
      <w:pPr>
        <w:pStyle w:val="ListParagraph"/>
        <w:numPr>
          <w:ilvl w:val="0"/>
          <w:numId w:val="11"/>
        </w:numPr>
      </w:pPr>
      <w:r>
        <w:t>___________________________________________________________________________________</w:t>
      </w:r>
    </w:p>
    <w:p w14:paraId="5D41153C" w14:textId="6A9C796A" w:rsidR="00C0533A" w:rsidRDefault="00C0533A" w:rsidP="00C0533A">
      <w:pPr>
        <w:pStyle w:val="ListParagraph"/>
      </w:pPr>
      <w:r>
        <w:t>Relationship to Applicant _____________________________________________________</w:t>
      </w:r>
    </w:p>
    <w:p w14:paraId="3895A425" w14:textId="77777777" w:rsidR="009B755D" w:rsidRDefault="00E32E80">
      <w:pPr>
        <w:pStyle w:val="Heading2"/>
      </w:pPr>
      <w:r>
        <w:t>Applicant Certification</w:t>
      </w:r>
    </w:p>
    <w:p w14:paraId="5FC6E62C" w14:textId="77777777" w:rsidR="009B755D" w:rsidRDefault="00E32E80">
      <w:r>
        <w:t>I certify that the information provided is accurate and complete.</w:t>
      </w:r>
    </w:p>
    <w:p w14:paraId="6C7911CE" w14:textId="575000AD" w:rsidR="009B755D" w:rsidRDefault="00E32E80">
      <w:r>
        <w:t>Applicant Signature _______________________</w:t>
      </w:r>
      <w:r w:rsidR="00561076">
        <w:t>______________________________________</w:t>
      </w:r>
      <w:r>
        <w:t xml:space="preserve"> Date __________</w:t>
      </w:r>
      <w:r w:rsidR="00561076">
        <w:t>__________</w:t>
      </w:r>
    </w:p>
    <w:p w14:paraId="7BACF448" w14:textId="7746C52A" w:rsidR="009B755D" w:rsidRDefault="00E32E80">
      <w:r>
        <w:t xml:space="preserve">Parent/Guardian Signature </w:t>
      </w:r>
      <w:r w:rsidR="00561076">
        <w:t>_______________________________________________________Date _______________</w:t>
      </w:r>
    </w:p>
    <w:p w14:paraId="3524764D" w14:textId="56768226" w:rsidR="009B755D" w:rsidRDefault="00E32E80">
      <w:r>
        <w:t xml:space="preserve">Counselor Verification </w:t>
      </w:r>
      <w:r w:rsidR="00561076">
        <w:t>_____________________________________________________________ Date ____________________</w:t>
      </w:r>
    </w:p>
    <w:p w14:paraId="52DB4376" w14:textId="77777777" w:rsidR="009B755D" w:rsidRDefault="00E32E80">
      <w:r>
        <w:br w:type="page"/>
      </w:r>
    </w:p>
    <w:p w14:paraId="40B7D764" w14:textId="77777777" w:rsidR="009B755D" w:rsidRDefault="00E32E80">
      <w:pPr>
        <w:pStyle w:val="Heading1"/>
      </w:pPr>
      <w:r>
        <w:lastRenderedPageBreak/>
        <w:t>Committee Scoring Matrix (Reviewer Use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B755D" w14:paraId="30A23BA1" w14:textId="77777777">
        <w:tc>
          <w:tcPr>
            <w:tcW w:w="4320" w:type="dxa"/>
          </w:tcPr>
          <w:p w14:paraId="67CEE2C7" w14:textId="77777777" w:rsidR="009B755D" w:rsidRDefault="00E32E80">
            <w:r>
              <w:t>Category</w:t>
            </w:r>
          </w:p>
        </w:tc>
        <w:tc>
          <w:tcPr>
            <w:tcW w:w="4320" w:type="dxa"/>
          </w:tcPr>
          <w:p w14:paraId="06DEE921" w14:textId="77777777" w:rsidR="009B755D" w:rsidRDefault="00E32E80">
            <w:r>
              <w:t>Points</w:t>
            </w:r>
          </w:p>
        </w:tc>
      </w:tr>
      <w:tr w:rsidR="009B755D" w14:paraId="7A949FC6" w14:textId="77777777">
        <w:tc>
          <w:tcPr>
            <w:tcW w:w="4320" w:type="dxa"/>
          </w:tcPr>
          <w:p w14:paraId="5AD66282" w14:textId="77777777" w:rsidR="009B755D" w:rsidRDefault="00E32E80">
            <w:r>
              <w:t>Academic Achievement</w:t>
            </w:r>
          </w:p>
        </w:tc>
        <w:tc>
          <w:tcPr>
            <w:tcW w:w="4320" w:type="dxa"/>
          </w:tcPr>
          <w:p w14:paraId="6D8DF8F4" w14:textId="77777777" w:rsidR="009B755D" w:rsidRDefault="00E32E80">
            <w:r>
              <w:t>20</w:t>
            </w:r>
          </w:p>
        </w:tc>
      </w:tr>
      <w:tr w:rsidR="009B755D" w14:paraId="19F63F28" w14:textId="77777777">
        <w:tc>
          <w:tcPr>
            <w:tcW w:w="4320" w:type="dxa"/>
          </w:tcPr>
          <w:p w14:paraId="32C267CA" w14:textId="77777777" w:rsidR="009B755D" w:rsidRDefault="00E32E80">
            <w:r>
              <w:t>Leadership &amp; School Activities</w:t>
            </w:r>
          </w:p>
        </w:tc>
        <w:tc>
          <w:tcPr>
            <w:tcW w:w="4320" w:type="dxa"/>
          </w:tcPr>
          <w:p w14:paraId="671489C5" w14:textId="77777777" w:rsidR="009B755D" w:rsidRDefault="00E32E80">
            <w:r>
              <w:t>15</w:t>
            </w:r>
          </w:p>
        </w:tc>
      </w:tr>
      <w:tr w:rsidR="009B755D" w14:paraId="1F910A05" w14:textId="77777777">
        <w:tc>
          <w:tcPr>
            <w:tcW w:w="4320" w:type="dxa"/>
          </w:tcPr>
          <w:p w14:paraId="16E1AD49" w14:textId="77777777" w:rsidR="009B755D" w:rsidRDefault="00E32E80">
            <w:r>
              <w:t>Community Service</w:t>
            </w:r>
          </w:p>
        </w:tc>
        <w:tc>
          <w:tcPr>
            <w:tcW w:w="4320" w:type="dxa"/>
          </w:tcPr>
          <w:p w14:paraId="6AC1957F" w14:textId="77777777" w:rsidR="009B755D" w:rsidRDefault="00E32E80">
            <w:r>
              <w:t>20</w:t>
            </w:r>
          </w:p>
        </w:tc>
      </w:tr>
      <w:tr w:rsidR="009B755D" w14:paraId="20690D8C" w14:textId="77777777">
        <w:tc>
          <w:tcPr>
            <w:tcW w:w="4320" w:type="dxa"/>
          </w:tcPr>
          <w:p w14:paraId="1A3A3657" w14:textId="77777777" w:rsidR="009B755D" w:rsidRDefault="00E32E80">
            <w:r>
              <w:t>Honors &amp; Awards</w:t>
            </w:r>
          </w:p>
        </w:tc>
        <w:tc>
          <w:tcPr>
            <w:tcW w:w="4320" w:type="dxa"/>
          </w:tcPr>
          <w:p w14:paraId="464356E3" w14:textId="77777777" w:rsidR="009B755D" w:rsidRDefault="00E32E80">
            <w:r>
              <w:t>10</w:t>
            </w:r>
          </w:p>
        </w:tc>
      </w:tr>
      <w:tr w:rsidR="009B755D" w14:paraId="08E8012F" w14:textId="77777777">
        <w:tc>
          <w:tcPr>
            <w:tcW w:w="4320" w:type="dxa"/>
          </w:tcPr>
          <w:p w14:paraId="7939677B" w14:textId="77777777" w:rsidR="009B755D" w:rsidRDefault="00E32E80">
            <w:r>
              <w:t>Employment/Responsibility</w:t>
            </w:r>
          </w:p>
        </w:tc>
        <w:tc>
          <w:tcPr>
            <w:tcW w:w="4320" w:type="dxa"/>
          </w:tcPr>
          <w:p w14:paraId="2A43DFA8" w14:textId="77777777" w:rsidR="009B755D" w:rsidRDefault="00E32E80">
            <w:r>
              <w:t>5</w:t>
            </w:r>
          </w:p>
        </w:tc>
      </w:tr>
      <w:tr w:rsidR="009B755D" w14:paraId="62A44D6F" w14:textId="77777777">
        <w:tc>
          <w:tcPr>
            <w:tcW w:w="4320" w:type="dxa"/>
          </w:tcPr>
          <w:p w14:paraId="478210AF" w14:textId="77777777" w:rsidR="009B755D" w:rsidRDefault="00E32E80">
            <w:r>
              <w:t>Letters of Recommendation</w:t>
            </w:r>
          </w:p>
        </w:tc>
        <w:tc>
          <w:tcPr>
            <w:tcW w:w="4320" w:type="dxa"/>
          </w:tcPr>
          <w:p w14:paraId="63C6F4A5" w14:textId="77777777" w:rsidR="009B755D" w:rsidRDefault="00E32E80">
            <w:r>
              <w:t>10</w:t>
            </w:r>
          </w:p>
        </w:tc>
      </w:tr>
      <w:tr w:rsidR="009B755D" w14:paraId="21F51D1C" w14:textId="77777777">
        <w:tc>
          <w:tcPr>
            <w:tcW w:w="4320" w:type="dxa"/>
          </w:tcPr>
          <w:p w14:paraId="543B7FF4" w14:textId="77777777" w:rsidR="009B755D" w:rsidRDefault="00E32E80">
            <w:r>
              <w:t>Essays</w:t>
            </w:r>
          </w:p>
        </w:tc>
        <w:tc>
          <w:tcPr>
            <w:tcW w:w="4320" w:type="dxa"/>
          </w:tcPr>
          <w:p w14:paraId="09A88B4F" w14:textId="77777777" w:rsidR="009B755D" w:rsidRDefault="00E32E80">
            <w:r>
              <w:t>40</w:t>
            </w:r>
          </w:p>
        </w:tc>
      </w:tr>
      <w:tr w:rsidR="009B755D" w14:paraId="0883E76B" w14:textId="77777777">
        <w:tc>
          <w:tcPr>
            <w:tcW w:w="4320" w:type="dxa"/>
          </w:tcPr>
          <w:p w14:paraId="536A729E" w14:textId="77777777" w:rsidR="009B755D" w:rsidRDefault="00E32E80">
            <w:r>
              <w:t>Interview</w:t>
            </w:r>
          </w:p>
        </w:tc>
        <w:tc>
          <w:tcPr>
            <w:tcW w:w="4320" w:type="dxa"/>
          </w:tcPr>
          <w:p w14:paraId="35BC0120" w14:textId="77777777" w:rsidR="009B755D" w:rsidRDefault="00E32E80">
            <w:r>
              <w:t>30</w:t>
            </w:r>
          </w:p>
        </w:tc>
      </w:tr>
      <w:tr w:rsidR="009B755D" w14:paraId="182626BA" w14:textId="77777777">
        <w:tc>
          <w:tcPr>
            <w:tcW w:w="4320" w:type="dxa"/>
          </w:tcPr>
          <w:p w14:paraId="4751AF97" w14:textId="77777777" w:rsidR="009B755D" w:rsidRDefault="00E32E80">
            <w:r>
              <w:t>TOTAL</w:t>
            </w:r>
          </w:p>
        </w:tc>
        <w:tc>
          <w:tcPr>
            <w:tcW w:w="4320" w:type="dxa"/>
          </w:tcPr>
          <w:p w14:paraId="23CA04C8" w14:textId="77777777" w:rsidR="009B755D" w:rsidRDefault="00E32E80">
            <w:r>
              <w:t>150</w:t>
            </w:r>
          </w:p>
        </w:tc>
      </w:tr>
    </w:tbl>
    <w:p w14:paraId="0AA87EA5" w14:textId="77777777" w:rsidR="009B755D" w:rsidRDefault="00E32E80">
      <w:r>
        <w:br/>
        <w:t>Suggested scoring descriptors</w:t>
      </w:r>
      <w:proofErr w:type="gramStart"/>
      <w:r>
        <w:t>:</w:t>
      </w:r>
      <w:proofErr w:type="gramEnd"/>
      <w:r>
        <w:br/>
        <w:t>Outstanding = top score; Strong = ~75%; Satisfactory = ~50%; Limited = ~25%; Minimal = 0.</w:t>
      </w:r>
    </w:p>
    <w:sectPr w:rsidR="009B755D" w:rsidSect="0056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C23F4B"/>
    <w:multiLevelType w:val="hybridMultilevel"/>
    <w:tmpl w:val="8F6C8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709C5"/>
    <w:multiLevelType w:val="hybridMultilevel"/>
    <w:tmpl w:val="0400D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475"/>
    <w:rsid w:val="00025CAA"/>
    <w:rsid w:val="00034616"/>
    <w:rsid w:val="0006063C"/>
    <w:rsid w:val="0015074B"/>
    <w:rsid w:val="0029639D"/>
    <w:rsid w:val="00326F90"/>
    <w:rsid w:val="005353FD"/>
    <w:rsid w:val="00561076"/>
    <w:rsid w:val="005D4EC5"/>
    <w:rsid w:val="009B755D"/>
    <w:rsid w:val="00AA1D8D"/>
    <w:rsid w:val="00B118FE"/>
    <w:rsid w:val="00B47730"/>
    <w:rsid w:val="00C0533A"/>
    <w:rsid w:val="00CB0664"/>
    <w:rsid w:val="00E32E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83AC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294FE1-1476-490B-A1A8-02725678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cp:lastPrinted>2026-08-31T16:06:00Z</cp:lastPrinted>
  <dcterms:created xsi:type="dcterms:W3CDTF">2026-08-31T16:07:00Z</dcterms:created>
  <dcterms:modified xsi:type="dcterms:W3CDTF">2026-08-31T19:53:00Z</dcterms:modified>
</cp:coreProperties>
</file>